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הסיכום של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משימת הסיכום ואת דרישות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במחוון ובתבנית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בכתיבת תיאור תוצר ורפלקציה אישית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ביבליוגרפיה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בקובץ לא מופיע שם יוצר/ת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חלק מהפרטים הנדרשים לכל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איכות ההגשה שווה 5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הרעיונות המוצעים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רכיב לנקודות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(20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(5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בדיקה לפני 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צירוף שלושה תוצרים מרכזיים מהקורס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קצר על מטרת 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ציון שכבת גיל, נושא לימוד וכלים לכל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צירוף קישור או קובץ לכל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רפלקציה אישית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את כל הפרטים הנדרשים בצורה ברורה ומדויקת, ומתארת כיצד התוצר מקדם למידה או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לתהליך הלמידה, לתובנות או לשינוי בתפיסה,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תוצרים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נושא לימוד, שכבת גיל, כלים, הסבר קצר וקישור/קובץ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תהליך הלמידה, תובנות אישיות, שימוש בכלים או יישום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תבנית המילוי כדוגמה לפני שהמורים מתחילים לכתוב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הדיוק בפרטי כל תוצר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קצר על הרעיון לבחירת תוצרים מהמאגר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הסיכום של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משימת הסיכום של הקורס כוללת הגשה של שלושה תוצרים מרכזיים שפיתחתם, יחד עם רפלקציה אישית. בדף זה נתרגל את מבנה ההגשה, את המחוון ואת הפרטים הנדרשים לכל תוצר.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תוצרים מרכזיים צריך להגיש במשימת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מקבל כל תוצר במחוון?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מוקצות לרפלקציה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שורות צריך לכתוב ברפלקציה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3-5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8-10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אין צורך לצרף למשימת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ביבליוגרפיה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קישור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שכבת 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לציין בקובץ את שם היוצר/ת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תוצר יש לציין נושא לימוד ושכבת 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איכות ההגשה והארגון שווה 10 נקודות במחוון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כתוצר משימה מהמאגר באתר, אחרי שמתאימים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בתוצר יש לציין את ה__________ שבהם נעשה 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לכל תוצר צריך לצרף __________ או 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הרפלקציה האישית צריכה להתייחס גם לתהליך ה__________ בקורס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סך כל הנקודות במחוון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רכיב לנקודות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תוצר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תוצר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תוצר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איכות ההגשה והארגון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25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בדיקה לפני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קישור או קובץ לכל 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שלושה תוצרים מרכזיים מהקורס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רפלקציה אישית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קצר על מטרת כל 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שכבת גיל, נושא לימוד וכלים לכל תוצר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אחד משלושת התוצרים שבניתם בקורס: שם, נושא לימוד, שכבת גיל, כלים והסבר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פתיח לרפלקציה האישית שלכם (2-3 משפטים) המתייחס לתהליך הלמידה בקורס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תוצרים יש להגיש במשימת הסיכום?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פרטים יש לציין עבור 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נושאים שעליכם להתייחס אליהם ברפלקציה האישית?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משימת הסיכום של הקורס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