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משימת הסיכום של הקורס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משימת הסיכום ואת דרישות ההגשה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במחוון ובתבנית המילוי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בכתיבת תיאור תוצר ורפלקציה אישית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8-10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ביבליוגרפיה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בקובץ לא מופיע שם יוצר/ת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חלק מהפרטים הנדרשים לכל תוצר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איכות ההגשה שווה 5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אחד הרעיונות המוצעים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רכיב לנקודות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(25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(25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(25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(20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(5 נקודות)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בדיקה לפני הגשה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צירוף שלושה תוצרים מרכזיים מהקורס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קצר על מטרת כל תוצר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ציון שכבת גיל, נושא לימוד וכלים לכל תוצר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צירוף קישור או קובץ לכל תוצר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כתיבת רפלקציה אישית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כוללת את כל הפרטים הנדרשים בצורה ברורה ומדויקת, ומתארת כיצד התוצר מקדם למידה או 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המתייחסת לתהליך הלמידה, לתובנות או לשינוי בתפיסה, בשפה ברורה ומסודרת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שלושה תוצרים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שם, נושא לימוד, שכבת גיל, כלים, הסבר קצר וקישור/קובץ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תהליך הלמידה, תובנות אישיות, שימוש בכלים או יישום עתידי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תבנית המילוי כדוגמה לפני שהמורים מתחילים לכתוב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חשיבות הדיוק בפרטי כל תוצר לפני ההגשה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לדיון קצר על הרעיון לבחירת תוצרים מהמאגר באתר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משימת הסיכום של הקורס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במשימת הסיכום צריך להגיש שלושה תוצרים מהקורס, עם פרטים עליהם, וגם לכתוב רפלקציה קצרה. בדף הזה נתרגל מה צריך לכתוב ואיך.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או כלי שבניתם בקורס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אישית על מה שלמדתם וחוויתם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שמראה כמה נקודות מקבל כל חלק בעבודה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שכבת גיל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הגיל של התלמידים שעבורם מתאים התוצר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נושא לימוד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התחום או החומר שהתוצר עוסק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האמצעים הדיגיטליים או האחרים שבהם השתמשתם ליצירת התוצר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בדיקה לפני הגשה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פרטים לוודא שהם קיימים לפני שמגישים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עבודות צריך להגיש?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נקודות שווה תוצר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נקודות שווה הרפלקציה?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שורות צריך לכתוב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3-5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5-7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8-10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10-12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לא חייבים לכתוב?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ביבליוגרפיה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קישור לתוצר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הסבר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שכבת גיל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לציין בקובץ את שם היוצר/ת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תוצר יש לציין נושא לימוד ושכבת 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איכות ההגשה והארגון שווה 10 נקודות במחוון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כתוצר משימה מהמאגר באתר, אחרי שמתאימים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בתוצר יש לציין את ה__________ שבהם נעשה 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לכל תוצר צריך לצרף __________ או קובץ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הרפלקציה האישית צריכה להתייחס גם לתהליך ה__________ בקורס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סך כל הנקודות במחוון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רכיב לנקודות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תוצר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20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תוצר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25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תוצר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25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רפלקציה אישית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5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איכות ההגשה והארגון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25 נקודות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בדיקה לפני 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קצר על מטרת כל תוצר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רפלקציה אישית קצרה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קישור או קובץ לכל תוצר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ציון שכבת גיל, נושא לימוד וכלים לכל תוצר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שלושה תוצרים מרכזיים מהקורס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בקצרה אחד משלושת התוצרים שבניתם בקורס: שם, נושא לימוד, שכבת גיל, כלים והסבר קצר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פתיח לרפלקציה האישית שלכם (2-3 משפטים) המתייחס לתהליך הלמידה בקורס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תוצרים יש להגיש במשימת הסיכום?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פרטים יש לציין עבור כל תוצר?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נושאים שעליכם להתייחס אליהם ברפלקציה האישית?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משימת הסיכום של הקורס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