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משימת הסיכום של הקורס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משימת הסיכום ואת דרישות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במחוון ובתבנית המילוי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בכתיבת תיאור תוצר ורפלקציה אישית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בקובץ לא מופיע שם יוצר/ת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אלו חלק מהפרטים הנדרשים לכל תוצר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קישור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רכיב לנקודות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(25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(25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(25 נקודות)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(20 נקודות)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בדיקה לפני הגשה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צירוף שלושה תוצרים מרכזיים מהקורס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הסבר קצר על מטרת כל 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ציון שכבת גיל, נושא לימוד וכלים לכל 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צירוף קישור או קובץ לכל תוצר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כוללת את כל הפרטים הנדרשים בצורה ברורה ומדויקת, ומתארת כיצד התוצר מקדם למידה או הערכה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שלושה תוצרים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שם, נושא לימוד, שכבת גיל, כלים, הסבר קצר וקישור/קובץ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תהליך הלמידה, תובנות אישיות, שימוש בכלים או יישום עתידי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תבנית המילוי כדוגמה לפני שהמורים מתחילים לכתוב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חשיבות הדיוק בפרטי כל תוצר לפני ההגשה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לדיון קצר על הרעיון לבחירת תוצרים מהמאגר באתר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משימת הסיכום של הקורס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משימת הסיכום של הקורס כוללת הגשה של שלושה תוצרים מרכזיים שפיתחתם, יחד עם רפלקציה אישית. בדף זה נתרגל את מבנה ההגשה, את המחוון ואת הפרטים הנדרשים לכל תוצר.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כלים  ·  קישור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תוצרים מרכזיים צריך להגיש במשימת הסיכום?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נקודות מוקצות לרפלקציה האישית?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25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יש לציין בקובץ את שם היוצר/ת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תוצר יש לציין נושא לימוד ושכבת 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בתוצר יש לציין את ה__________ שבהם נעשה שימוש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לכל תוצר צריך לצרף __________ או קובץ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רכיב לנקודות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תוצר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20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תוצר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25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תוצר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25 נקודות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רפלקציה אישית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25 נקודות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של בדיקה לפני 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הסבר קצר על מטרת כל תוצר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צירוף קישור או קובץ לכל תוצר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צירוף שלושה תוצרים מרכזיים מהקורס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ציון שכבת גיל, נושא לימוד וכלים לכל תוצר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בקצרה אחד משלושת התוצרים שבניתם בקורס: שם, נושא לימוד, שכבת גיל, כלים והסבר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תוצרים יש להגיש במשימת הסיכום?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אילו פרטים יש לציין עבור כל תוצר?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משימת הסיכום של הקורס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